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266" w:rsidRDefault="00FA3A45">
      <w:pPr>
        <w:pStyle w:val="Title"/>
      </w:pPr>
      <w:r>
        <w:t>The Window S</w:t>
      </w:r>
      <w:r w:rsidR="003E7C42">
        <w:t xml:space="preserve">ource of Orlando: </w:t>
      </w:r>
      <w:r w:rsidR="003E7C42" w:rsidRPr="003E7C42">
        <w:t>Upgrade Your Home with Custom Windows &amp; Doors Today</w:t>
      </w:r>
    </w:p>
    <w:p w:rsidR="007B2266" w:rsidRDefault="00FA3A45">
      <w:r w:rsidRPr="00FA3A45">
        <w:rPr>
          <w:b/>
          <w:bCs/>
        </w:rPr>
        <w:t>Business Name:</w:t>
      </w:r>
      <w:r>
        <w:t xml:space="preserve"> </w:t>
      </w:r>
      <w:hyperlink r:id="rId6" w:history="1">
        <w:r w:rsidRPr="00FA3A45">
          <w:rPr>
            <w:rStyle w:val="Hyperlink"/>
          </w:rPr>
          <w:t>The Window Source of Orlando</w:t>
        </w:r>
      </w:hyperlink>
    </w:p>
    <w:p w:rsidR="007B2266" w:rsidRDefault="00FA3A45" w:rsidP="00FA3A45">
      <w:pPr>
        <w:ind w:left="720"/>
      </w:pPr>
      <w:r w:rsidRPr="00FA3A45">
        <w:rPr>
          <w:b/>
          <w:bCs/>
          <w:highlight w:val="yellow"/>
        </w:rPr>
        <w:t>Address:</w:t>
      </w:r>
      <w:r>
        <w:t xml:space="preserve"> 174 Semoran Commerce Pl Suite 125B, Apopka, FL 32703, United States</w:t>
      </w:r>
    </w:p>
    <w:p w:rsidR="007B2266" w:rsidRDefault="00FA3A45" w:rsidP="00FA3A45">
      <w:pPr>
        <w:ind w:left="720"/>
      </w:pPr>
      <w:r w:rsidRPr="00FA3A45">
        <w:rPr>
          <w:b/>
          <w:bCs/>
          <w:highlight w:val="yellow"/>
        </w:rPr>
        <w:t>Website:</w:t>
      </w:r>
      <w:r>
        <w:t xml:space="preserve"> https://windowsourceorlando.com/</w:t>
      </w:r>
    </w:p>
    <w:p w:rsidR="00FA3A45" w:rsidRDefault="00FA3A45" w:rsidP="00FA3A45">
      <w:pPr>
        <w:ind w:left="720"/>
      </w:pPr>
      <w:r w:rsidRPr="00FA3A45">
        <w:rPr>
          <w:b/>
          <w:bCs/>
          <w:highlight w:val="yellow"/>
        </w:rPr>
        <w:t>Phone:</w:t>
      </w:r>
      <w:r>
        <w:t xml:space="preserve"> +1 </w:t>
      </w:r>
      <w:r w:rsidRPr="00FA3A45">
        <w:t>321-336-</w:t>
      </w:r>
      <w:proofErr w:type="gramStart"/>
      <w:r w:rsidRPr="00FA3A45">
        <w:t>0230  |</w:t>
      </w:r>
      <w:proofErr w:type="gramEnd"/>
      <w:r w:rsidRPr="00FA3A45">
        <w:t xml:space="preserve"> (321) 336-0230 </w:t>
      </w:r>
    </w:p>
    <w:p w:rsidR="00FA3A45" w:rsidRDefault="00FA3A45" w:rsidP="00FA3A45">
      <w:pPr>
        <w:ind w:left="720"/>
      </w:pPr>
      <w:r w:rsidRPr="00FA3A45">
        <w:rPr>
          <w:b/>
          <w:bCs/>
          <w:highlight w:val="yellow"/>
        </w:rPr>
        <w:t>Visit Our Website:</w:t>
      </w:r>
      <w:r>
        <w:t xml:space="preserve"> </w:t>
      </w:r>
      <w:r w:rsidRPr="00FA3A45">
        <w:rPr>
          <w:i/>
          <w:iCs/>
          <w:u w:val="single"/>
        </w:rPr>
        <w:t>https://windowsourceorlando.com/</w:t>
      </w:r>
    </w:p>
    <w:p w:rsidR="00FA3A45" w:rsidRDefault="00FA3A45" w:rsidP="00FA3A45">
      <w:pPr>
        <w:ind w:left="720"/>
        <w:rPr>
          <w:i/>
          <w:iCs/>
          <w:u w:val="single"/>
        </w:rPr>
      </w:pPr>
      <w:r w:rsidRPr="00FA3A45">
        <w:rPr>
          <w:b/>
          <w:bCs/>
          <w:highlight w:val="yellow"/>
        </w:rPr>
        <w:t>Social Link:</w:t>
      </w:r>
      <w:r>
        <w:t xml:space="preserve"> </w:t>
      </w:r>
      <w:hyperlink r:id="rId7" w:history="1">
        <w:r w:rsidRPr="00667ECB">
          <w:rPr>
            <w:rStyle w:val="Hyperlink"/>
            <w:i/>
            <w:iCs/>
          </w:rPr>
          <w:t>https://www.facebook.com/windowsourceorlando/</w:t>
        </w:r>
      </w:hyperlink>
    </w:p>
    <w:p w:rsidR="00FA3A45" w:rsidRDefault="00FA3A45" w:rsidP="00FA3A45">
      <w:pPr>
        <w:ind w:left="720"/>
      </w:pPr>
      <w:r w:rsidRPr="00FA3A45">
        <w:rPr>
          <w:b/>
          <w:bCs/>
          <w:highlight w:val="yellow"/>
        </w:rPr>
        <w:t>Business/Contact mail:</w:t>
      </w:r>
      <w:r w:rsidRPr="00FA3A45">
        <w:t xml:space="preserve"> </w:t>
      </w:r>
      <w:hyperlink r:id="rId8" w:history="1">
        <w:r w:rsidRPr="00667ECB">
          <w:rPr>
            <w:rStyle w:val="Hyperlink"/>
          </w:rPr>
          <w:t>seo@windowsourceorlando.com</w:t>
        </w:r>
      </w:hyperlink>
    </w:p>
    <w:p w:rsidR="00FA3A45" w:rsidRDefault="00FA3A45" w:rsidP="00FA3A45">
      <w:pPr>
        <w:ind w:left="720"/>
      </w:pPr>
      <w:r w:rsidRPr="00FA3A45">
        <w:rPr>
          <w:b/>
          <w:bCs/>
          <w:highlight w:val="yellow"/>
        </w:rPr>
        <w:t>Business Hours:</w:t>
      </w:r>
      <w:r>
        <w:t xml:space="preserve"> Monday to Friday: 9 AM–5 PM | Saturday &amp; Sunday: Closed</w:t>
      </w:r>
    </w:p>
    <w:p w:rsidR="00FA3A45" w:rsidRDefault="00FA3A45" w:rsidP="00FA3A45">
      <w:pPr>
        <w:ind w:left="720"/>
      </w:pPr>
      <w:r w:rsidRPr="00FA3A45">
        <w:rPr>
          <w:b/>
          <w:bCs/>
          <w:highlight w:val="yellow"/>
        </w:rPr>
        <w:t>Accepted Payment:</w:t>
      </w:r>
      <w:r>
        <w:t xml:space="preserve"> Cash &amp; Credit</w:t>
      </w:r>
    </w:p>
    <w:p w:rsidR="007B2266" w:rsidRDefault="00FA3A45">
      <w:r>
        <w:t>It is a Family-owned window company in Apopka, FL, that offers expert installation, energy-efficient windows, and doors with over 15 years of experience.</w:t>
      </w:r>
    </w:p>
    <w:p w:rsidR="003E7C42" w:rsidRDefault="003E7C42">
      <w:r>
        <w:rPr>
          <w:noProof/>
          <w:lang w:bidi="bn-BD"/>
        </w:rPr>
        <w:drawing>
          <wp:inline distT="0" distB="0" distL="0" distR="0">
            <wp:extent cx="6343650" cy="3065780"/>
            <wp:effectExtent l="0" t="0" r="0" b="127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The Window Source of Orlando (Cover).png"/>
                    <pic:cNvPicPr/>
                  </pic:nvPicPr>
                  <pic:blipFill>
                    <a:blip r:embed="rId9">
                      <a:extLst>
                        <a:ext uri="{28A0092B-C50C-407E-A947-70E740481C1C}">
                          <a14:useLocalDpi xmlns:a14="http://schemas.microsoft.com/office/drawing/2010/main" val="0"/>
                        </a:ext>
                      </a:extLst>
                    </a:blip>
                    <a:stretch>
                      <a:fillRect/>
                    </a:stretch>
                  </pic:blipFill>
                  <pic:spPr>
                    <a:xfrm>
                      <a:off x="0" y="0"/>
                      <a:ext cx="6343650" cy="3065780"/>
                    </a:xfrm>
                    <a:prstGeom prst="rect">
                      <a:avLst/>
                    </a:prstGeom>
                  </pic:spPr>
                </pic:pic>
              </a:graphicData>
            </a:graphic>
          </wp:inline>
        </w:drawing>
      </w:r>
    </w:p>
    <w:p w:rsidR="00FA3A45" w:rsidRDefault="00FA3A45" w:rsidP="00FA3A45">
      <w:r>
        <w:lastRenderedPageBreak/>
        <w:t xml:space="preserve">The Window Source of Orlando is a locally owned and family-operated business proudly backed by a trusted national brand. We specialize in providing </w:t>
      </w:r>
      <w:proofErr w:type="gramStart"/>
      <w:r>
        <w:t>high-quality</w:t>
      </w:r>
      <w:proofErr w:type="gramEnd"/>
      <w:r>
        <w:t>, custom-designed windows and doors tailored to fit your home’s unique style and needs.</w:t>
      </w:r>
    </w:p>
    <w:p w:rsidR="00FA3A45" w:rsidRDefault="00FA3A45" w:rsidP="00FA3A45">
      <w:r>
        <w:t xml:space="preserve">With over 15 years of professional installation experience, our skilled technicians deliver exceptional workmanship and reliable service. From consultation to completion, our goal is to make your window and door replacement process smooth, positive, and enjoyable—an experience </w:t>
      </w:r>
      <w:proofErr w:type="gramStart"/>
      <w:r>
        <w:t>you’ll</w:t>
      </w:r>
      <w:proofErr w:type="gramEnd"/>
      <w:r>
        <w:t xml:space="preserve"> be happy to share with friends and family.</w:t>
      </w:r>
    </w:p>
    <w:p w:rsidR="003E7C42" w:rsidRDefault="003E7C42" w:rsidP="00FA3A45">
      <w:r>
        <w:rPr>
          <w:noProof/>
          <w:lang w:bidi="bn-BD"/>
        </w:rPr>
        <w:drawing>
          <wp:inline distT="0" distB="0" distL="0" distR="0">
            <wp:extent cx="6369050" cy="3065780"/>
            <wp:effectExtent l="0" t="0" r="0" b="1270"/>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ler-04_The Window Source of Orlando (Cover).jpeg"/>
                    <pic:cNvPicPr/>
                  </pic:nvPicPr>
                  <pic:blipFill>
                    <a:blip r:embed="rId10">
                      <a:extLst>
                        <a:ext uri="{28A0092B-C50C-407E-A947-70E740481C1C}">
                          <a14:useLocalDpi xmlns:a14="http://schemas.microsoft.com/office/drawing/2010/main" val="0"/>
                        </a:ext>
                      </a:extLst>
                    </a:blip>
                    <a:stretch>
                      <a:fillRect/>
                    </a:stretch>
                  </pic:blipFill>
                  <pic:spPr>
                    <a:xfrm>
                      <a:off x="0" y="0"/>
                      <a:ext cx="6369050" cy="3065780"/>
                    </a:xfrm>
                    <a:prstGeom prst="rect">
                      <a:avLst/>
                    </a:prstGeom>
                  </pic:spPr>
                </pic:pic>
              </a:graphicData>
            </a:graphic>
          </wp:inline>
        </w:drawing>
      </w:r>
    </w:p>
    <w:p w:rsidR="007B2266" w:rsidRDefault="00FA3A45">
      <w:pPr>
        <w:pStyle w:val="Heading2"/>
      </w:pPr>
      <w:r>
        <w:t>Business Service &amp; Products Type</w:t>
      </w:r>
    </w:p>
    <w:p w:rsidR="007B2266" w:rsidRDefault="00FA3A45" w:rsidP="00FA3A45">
      <w:pPr>
        <w:pStyle w:val="ListParagraph"/>
        <w:numPr>
          <w:ilvl w:val="0"/>
          <w:numId w:val="12"/>
        </w:numPr>
      </w:pPr>
      <w:r>
        <w:t>Window Replacement</w:t>
      </w:r>
    </w:p>
    <w:p w:rsidR="007B2266" w:rsidRDefault="00FA3A45" w:rsidP="00FA3A45">
      <w:pPr>
        <w:pStyle w:val="ListParagraph"/>
        <w:numPr>
          <w:ilvl w:val="0"/>
          <w:numId w:val="12"/>
        </w:numPr>
      </w:pPr>
      <w:r>
        <w:t>Door Replacement</w:t>
      </w:r>
    </w:p>
    <w:p w:rsidR="007B2266" w:rsidRDefault="00FA3A45" w:rsidP="00FA3A45">
      <w:pPr>
        <w:pStyle w:val="ListParagraph"/>
        <w:numPr>
          <w:ilvl w:val="0"/>
          <w:numId w:val="12"/>
        </w:numPr>
      </w:pPr>
      <w:r>
        <w:t>Window Installation</w:t>
      </w:r>
    </w:p>
    <w:p w:rsidR="007B2266" w:rsidRDefault="00FA3A45" w:rsidP="00FA3A45">
      <w:pPr>
        <w:pStyle w:val="ListParagraph"/>
        <w:numPr>
          <w:ilvl w:val="0"/>
          <w:numId w:val="12"/>
        </w:numPr>
      </w:pPr>
      <w:r>
        <w:t>Orlando Window Company</w:t>
      </w:r>
    </w:p>
    <w:p w:rsidR="007B2266" w:rsidRDefault="00FA3A45" w:rsidP="00FA3A45">
      <w:pPr>
        <w:pStyle w:val="ListParagraph"/>
        <w:numPr>
          <w:ilvl w:val="0"/>
          <w:numId w:val="12"/>
        </w:numPr>
      </w:pPr>
      <w:r>
        <w:t>Custom Windows Orlando</w:t>
      </w:r>
    </w:p>
    <w:p w:rsidR="007B2266" w:rsidRDefault="00FA3A45" w:rsidP="00FA3A45">
      <w:pPr>
        <w:pStyle w:val="ListParagraph"/>
        <w:numPr>
          <w:ilvl w:val="0"/>
          <w:numId w:val="12"/>
        </w:numPr>
      </w:pPr>
      <w:r>
        <w:t>Energy Efficient Windows</w:t>
      </w:r>
    </w:p>
    <w:p w:rsidR="007B2266" w:rsidRDefault="00FA3A45" w:rsidP="00FA3A45">
      <w:pPr>
        <w:pStyle w:val="ListParagraph"/>
        <w:numPr>
          <w:ilvl w:val="0"/>
          <w:numId w:val="12"/>
        </w:numPr>
      </w:pPr>
      <w:r>
        <w:t>Home Improvement</w:t>
      </w:r>
    </w:p>
    <w:p w:rsidR="007B2266" w:rsidRDefault="00FA3A45" w:rsidP="00FA3A45">
      <w:pPr>
        <w:pStyle w:val="ListParagraph"/>
        <w:numPr>
          <w:ilvl w:val="0"/>
          <w:numId w:val="12"/>
        </w:numPr>
      </w:pPr>
      <w:r>
        <w:t>Residential Windows</w:t>
      </w:r>
    </w:p>
    <w:p w:rsidR="007B2266" w:rsidRDefault="00FA3A45" w:rsidP="00FA3A45">
      <w:pPr>
        <w:pStyle w:val="ListParagraph"/>
        <w:numPr>
          <w:ilvl w:val="0"/>
          <w:numId w:val="12"/>
        </w:numPr>
      </w:pPr>
      <w:r>
        <w:t>Sliding Glass Doors</w:t>
      </w:r>
    </w:p>
    <w:p w:rsidR="007B2266" w:rsidRDefault="00FA3A45" w:rsidP="00FA3A45">
      <w:pPr>
        <w:pStyle w:val="ListParagraph"/>
        <w:numPr>
          <w:ilvl w:val="0"/>
          <w:numId w:val="12"/>
        </w:numPr>
      </w:pPr>
      <w:r>
        <w:t>Window Repair Services</w:t>
      </w:r>
    </w:p>
    <w:p w:rsidR="007B2266" w:rsidRDefault="00FA3A45" w:rsidP="00FA3A45">
      <w:pPr>
        <w:pStyle w:val="ListParagraph"/>
        <w:numPr>
          <w:ilvl w:val="0"/>
          <w:numId w:val="12"/>
        </w:numPr>
      </w:pPr>
      <w:r>
        <w:t>Orlando FL Windows</w:t>
      </w:r>
    </w:p>
    <w:p w:rsidR="007B2266" w:rsidRDefault="00FA3A45" w:rsidP="00FA3A45">
      <w:pPr>
        <w:pStyle w:val="ListParagraph"/>
        <w:numPr>
          <w:ilvl w:val="0"/>
          <w:numId w:val="12"/>
        </w:numPr>
      </w:pPr>
      <w:r>
        <w:t>Central Florida Home Services</w:t>
      </w:r>
    </w:p>
    <w:p w:rsidR="007B2266" w:rsidRDefault="00FA3A45" w:rsidP="00FA3A45">
      <w:pPr>
        <w:pStyle w:val="ListParagraph"/>
        <w:numPr>
          <w:ilvl w:val="0"/>
          <w:numId w:val="12"/>
        </w:numPr>
      </w:pPr>
      <w:r>
        <w:t>Apopka Window Company</w:t>
      </w:r>
    </w:p>
    <w:p w:rsidR="007B2266" w:rsidRDefault="00FA3A45" w:rsidP="00FA3A45">
      <w:pPr>
        <w:pStyle w:val="ListParagraph"/>
        <w:numPr>
          <w:ilvl w:val="0"/>
          <w:numId w:val="12"/>
        </w:numPr>
      </w:pPr>
      <w:r>
        <w:t>Florida Window Installers</w:t>
      </w:r>
    </w:p>
    <w:p w:rsidR="00FA3A45" w:rsidRDefault="00FA3A45" w:rsidP="00FA3A45">
      <w:pPr>
        <w:pStyle w:val="ListParagraph"/>
        <w:numPr>
          <w:ilvl w:val="0"/>
          <w:numId w:val="12"/>
        </w:numPr>
      </w:pPr>
      <w:r>
        <w:t>Local Window Experts Orlando</w:t>
      </w:r>
    </w:p>
    <w:p w:rsidR="007B2266" w:rsidRDefault="00FA3A45" w:rsidP="00FA3A45">
      <w:pPr>
        <w:pStyle w:val="ListParagraph"/>
        <w:numPr>
          <w:ilvl w:val="0"/>
          <w:numId w:val="12"/>
        </w:numPr>
      </w:pPr>
      <w:r>
        <w:t>The Window Source of Orlando</w:t>
      </w:r>
    </w:p>
    <w:p w:rsidR="007B2266" w:rsidRDefault="00FA3A45" w:rsidP="00FA3A45">
      <w:pPr>
        <w:pStyle w:val="ListParagraph"/>
        <w:numPr>
          <w:ilvl w:val="0"/>
          <w:numId w:val="12"/>
        </w:numPr>
      </w:pPr>
      <w:r>
        <w:t>Family Owned Window Company</w:t>
      </w:r>
    </w:p>
    <w:p w:rsidR="007B2266" w:rsidRDefault="00FA3A45" w:rsidP="00FA3A45">
      <w:pPr>
        <w:pStyle w:val="ListParagraph"/>
        <w:numPr>
          <w:ilvl w:val="0"/>
          <w:numId w:val="12"/>
        </w:numPr>
      </w:pPr>
      <w:r>
        <w:t>Trusted Window Experts</w:t>
      </w:r>
    </w:p>
    <w:p w:rsidR="007B2266" w:rsidRDefault="00FA3A45" w:rsidP="00FA3A45">
      <w:pPr>
        <w:pStyle w:val="ListParagraph"/>
        <w:numPr>
          <w:ilvl w:val="0"/>
          <w:numId w:val="12"/>
        </w:numPr>
      </w:pPr>
      <w:r>
        <w:t>Experienced Installers Orlando</w:t>
      </w:r>
    </w:p>
    <w:p w:rsidR="00FA3A45" w:rsidRDefault="00FA3A45" w:rsidP="00FA3A45">
      <w:pPr>
        <w:pStyle w:val="ListParagraph"/>
        <w:numPr>
          <w:ilvl w:val="0"/>
          <w:numId w:val="12"/>
        </w:numPr>
      </w:pPr>
      <w:r>
        <w:t>High-Quality Windows Orlando</w:t>
      </w:r>
    </w:p>
    <w:p w:rsidR="007B2266" w:rsidRDefault="00FA3A45" w:rsidP="00FA3A45">
      <w:pPr>
        <w:pStyle w:val="ListParagraph"/>
        <w:numPr>
          <w:ilvl w:val="0"/>
          <w:numId w:val="12"/>
        </w:numPr>
      </w:pPr>
      <w:r>
        <w:t>Vinyl Windows</w:t>
      </w:r>
    </w:p>
    <w:p w:rsidR="007B2266" w:rsidRDefault="00FA3A45" w:rsidP="00FA3A45">
      <w:pPr>
        <w:pStyle w:val="ListParagraph"/>
        <w:numPr>
          <w:ilvl w:val="0"/>
          <w:numId w:val="12"/>
        </w:numPr>
      </w:pPr>
      <w:r>
        <w:t>Double Hung Windows</w:t>
      </w:r>
    </w:p>
    <w:p w:rsidR="007B2266" w:rsidRDefault="00FA3A45" w:rsidP="00FA3A45">
      <w:pPr>
        <w:pStyle w:val="ListParagraph"/>
        <w:numPr>
          <w:ilvl w:val="0"/>
          <w:numId w:val="12"/>
        </w:numPr>
      </w:pPr>
      <w:r>
        <w:t>Picture Windows</w:t>
      </w:r>
    </w:p>
    <w:p w:rsidR="007B2266" w:rsidRDefault="00FA3A45" w:rsidP="00FA3A45">
      <w:pPr>
        <w:pStyle w:val="ListParagraph"/>
        <w:numPr>
          <w:ilvl w:val="0"/>
          <w:numId w:val="12"/>
        </w:numPr>
      </w:pPr>
      <w:r>
        <w:t>Bow and Bay Windows</w:t>
      </w:r>
    </w:p>
    <w:p w:rsidR="00FA3A45" w:rsidRDefault="00FA3A45" w:rsidP="003E7C42">
      <w:pPr>
        <w:pStyle w:val="ListParagraph"/>
        <w:numPr>
          <w:ilvl w:val="0"/>
          <w:numId w:val="12"/>
        </w:numPr>
      </w:pPr>
      <w:r>
        <w:t>Entry Doors Installation</w:t>
      </w:r>
    </w:p>
    <w:p w:rsidR="003E7C42" w:rsidRDefault="003E7C42" w:rsidP="003E7C42">
      <w:hyperlink r:id="rId11" w:history="1">
        <w:proofErr w:type="gramStart"/>
        <w:r w:rsidRPr="003E7C42">
          <w:rPr>
            <w:rStyle w:val="Hyperlink"/>
          </w:rPr>
          <w:t>The Window Source of Orlando</w:t>
        </w:r>
      </w:hyperlink>
      <w:r w:rsidRPr="003E7C42">
        <w:t xml:space="preserve"> is run by Jeremy, Samantha, and his brothers Chris and James</w:t>
      </w:r>
      <w:proofErr w:type="gramEnd"/>
      <w:r w:rsidRPr="003E7C42">
        <w:t>. They handle warehouse work and install windows and doors with care.</w:t>
      </w:r>
    </w:p>
    <w:p w:rsidR="003E7C42" w:rsidRDefault="003E7C42" w:rsidP="003E7C42"/>
    <w:p w:rsidR="003E7C42" w:rsidRPr="003E7C42" w:rsidRDefault="003E7C42" w:rsidP="003E7C42">
      <w:pPr>
        <w:jc w:val="both"/>
        <w:rPr>
          <w:b/>
          <w:bCs/>
          <w:u w:val="single"/>
        </w:rPr>
      </w:pPr>
      <w:r w:rsidRPr="003E7C42">
        <w:rPr>
          <w:b/>
          <w:bCs/>
          <w:highlight w:val="yellow"/>
          <w:u w:val="single"/>
        </w:rPr>
        <w:t>Category:</w:t>
      </w:r>
    </w:p>
    <w:p w:rsidR="003E7C42" w:rsidRDefault="003E7C42" w:rsidP="003E7C42">
      <w:pPr>
        <w:jc w:val="both"/>
      </w:pPr>
      <w:r>
        <w:t xml:space="preserve">Window-Door Company/Installation, </w:t>
      </w:r>
      <w:r>
        <w:t>Home Improvement, Home Services, Contractor, General Contractor, Professional Services</w:t>
      </w:r>
    </w:p>
    <w:p w:rsidR="003E7C42" w:rsidRPr="003E7C42" w:rsidRDefault="003E7C42" w:rsidP="003E7C42">
      <w:pPr>
        <w:jc w:val="both"/>
        <w:rPr>
          <w:b/>
          <w:bCs/>
        </w:rPr>
      </w:pPr>
      <w:r w:rsidRPr="003E7C42">
        <w:rPr>
          <w:b/>
          <w:bCs/>
          <w:highlight w:val="yellow"/>
        </w:rPr>
        <w:t xml:space="preserve">Services/Products - </w:t>
      </w:r>
      <w:r w:rsidRPr="003E7C42">
        <w:rPr>
          <w:b/>
          <w:bCs/>
          <w:highlight w:val="yellow"/>
        </w:rPr>
        <w:t>Windows, Doors</w:t>
      </w:r>
    </w:p>
    <w:p w:rsidR="003E7C42" w:rsidRDefault="003E7C42" w:rsidP="003E7C42">
      <w:pPr>
        <w:jc w:val="both"/>
      </w:pPr>
      <w:r w:rsidRPr="003E7C42">
        <w:rPr>
          <w:b/>
          <w:bCs/>
          <w:u w:val="single"/>
        </w:rPr>
        <w:t>Windows:</w:t>
      </w:r>
      <w:r>
        <w:t xml:space="preserve"> Double Hung, Sliding, Casement &amp; Awning, Bay and Bow, Color &amp; Style Options, Energy Saving Glass</w:t>
      </w:r>
    </w:p>
    <w:p w:rsidR="003E7C42" w:rsidRDefault="003E7C42" w:rsidP="003E7C42">
      <w:pPr>
        <w:jc w:val="both"/>
      </w:pPr>
      <w:r w:rsidRPr="003E7C42">
        <w:rPr>
          <w:b/>
          <w:bCs/>
          <w:u w:val="single"/>
        </w:rPr>
        <w:t>Doors:</w:t>
      </w:r>
      <w:r>
        <w:t xml:space="preserve"> Sliding Patio, and Entry Doors</w:t>
      </w:r>
      <w:bookmarkStart w:id="0" w:name="_GoBack"/>
      <w:bookmarkEnd w:id="0"/>
    </w:p>
    <w:sectPr w:rsidR="003E7C4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B710B89"/>
    <w:multiLevelType w:val="hybridMultilevel"/>
    <w:tmpl w:val="4AF2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1C4405"/>
    <w:multiLevelType w:val="hybridMultilevel"/>
    <w:tmpl w:val="47260CFA"/>
    <w:lvl w:ilvl="0" w:tplc="245EAAC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912021"/>
    <w:multiLevelType w:val="hybridMultilevel"/>
    <w:tmpl w:val="A0DE09FA"/>
    <w:lvl w:ilvl="0" w:tplc="245EAAC8">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3E7C42"/>
    <w:rsid w:val="007B2266"/>
    <w:rsid w:val="00AA1D8D"/>
    <w:rsid w:val="00B47730"/>
    <w:rsid w:val="00CB0664"/>
    <w:rsid w:val="00FA3A4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601EC1"/>
  <w14:defaultImageDpi w14:val="330"/>
  <w15:docId w15:val="{051C7E94-9884-44B6-BC28-13DC1E8BE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FA3A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o@windowsourceorland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facebook.com/windowsourceorlando/"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indowsourceorlando.com/" TargetMode="External"/><Relationship Id="rId11" Type="http://schemas.openxmlformats.org/officeDocument/2006/relationships/hyperlink" Target="https://windowsourceorlando.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87EFB-46F1-42BC-9F08-61B68D321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369</Words>
  <Characters>2201</Characters>
  <Application>Microsoft Office Word</Application>
  <DocSecurity>0</DocSecurity>
  <Lines>66</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HP</cp:lastModifiedBy>
  <cp:revision>3</cp:revision>
  <dcterms:created xsi:type="dcterms:W3CDTF">2013-12-23T23:15:00Z</dcterms:created>
  <dcterms:modified xsi:type="dcterms:W3CDTF">2025-04-25T08:03:00Z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88d33b127bd5b45e6e4dfe6c5112b500c16ecc49ee9175cfca0a74174b9a1d51</vt:lpwstr>
  </property>
</Properties>
</file>